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1F0" w:rsidRPr="00B45E7D" w:rsidRDefault="00AF6725" w:rsidP="00B45E7D">
      <w:pPr>
        <w:widowControl w:val="0"/>
        <w:spacing w:after="0" w:line="240" w:lineRule="auto"/>
        <w:jc w:val="center"/>
        <w:rPr>
          <w:rFonts w:ascii="Times New Roman" w:eastAsia="標楷體" w:hAnsi="Times New Roman" w:cs="Times New Roman"/>
          <w:kern w:val="2"/>
          <w:sz w:val="44"/>
          <w:szCs w:val="44"/>
          <w:lang w:eastAsia="zh-TW"/>
        </w:rPr>
      </w:pPr>
      <w:r w:rsidRPr="00B45E7D">
        <w:rPr>
          <w:rFonts w:ascii="Times New Roman" w:eastAsia="標楷體" w:hAnsi="Times New Roman" w:cs="Times New Roman"/>
          <w:kern w:val="2"/>
          <w:sz w:val="44"/>
          <w:szCs w:val="44"/>
          <w:lang w:eastAsia="zh-TW"/>
        </w:rPr>
        <w:t>保證學生實習權益切結書</w:t>
      </w:r>
    </w:p>
    <w:p w:rsidR="00B45E7D" w:rsidRDefault="00AF6725" w:rsidP="00AF6725">
      <w:pPr>
        <w:snapToGrid w:val="0"/>
        <w:spacing w:beforeLines="50" w:before="120"/>
        <w:ind w:firstLineChars="200" w:firstLine="64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B45E7D">
        <w:rPr>
          <w:rFonts w:ascii="Times New Roman" w:eastAsia="標楷體" w:hAnsi="Times New Roman" w:cs="Times New Roman"/>
          <w:sz w:val="32"/>
          <w:szCs w:val="32"/>
          <w:lang w:eastAsia="zh-TW"/>
        </w:rPr>
        <w:t>本公司於</w:t>
      </w:r>
      <w:r w:rsidR="00B45E7D">
        <w:rPr>
          <w:rFonts w:ascii="Times New Roman" w:eastAsia="標楷體" w:hAnsi="Times New Roman" w:cs="Times New Roman" w:hint="eastAsia"/>
          <w:sz w:val="32"/>
          <w:szCs w:val="32"/>
          <w:u w:val="single"/>
          <w:lang w:eastAsia="zh-TW"/>
        </w:rPr>
        <w:t xml:space="preserve">    </w:t>
      </w:r>
      <w:r w:rsidR="00B45E7D">
        <w:rPr>
          <w:rFonts w:ascii="Times New Roman" w:eastAsia="標楷體" w:hAnsi="Times New Roman" w:cs="Times New Roman" w:hint="eastAsia"/>
          <w:sz w:val="32"/>
          <w:szCs w:val="32"/>
          <w:u w:val="single"/>
          <w:lang w:eastAsia="zh-TW"/>
        </w:rPr>
        <w:t xml:space="preserve">  </w:t>
      </w:r>
      <w:r w:rsidR="00B45E7D">
        <w:rPr>
          <w:rFonts w:ascii="Times New Roman" w:eastAsia="標楷體" w:hAnsi="Times New Roman" w:cs="Times New Roman" w:hint="eastAsia"/>
          <w:sz w:val="32"/>
          <w:szCs w:val="32"/>
          <w:u w:val="single"/>
          <w:lang w:eastAsia="zh-TW"/>
        </w:rPr>
        <w:t xml:space="preserve">       </w:t>
      </w:r>
      <w:r w:rsidRPr="00B45E7D">
        <w:rPr>
          <w:rFonts w:ascii="Times New Roman" w:eastAsia="標楷體" w:hAnsi="Times New Roman" w:cs="Times New Roman"/>
          <w:sz w:val="32"/>
          <w:szCs w:val="32"/>
          <w:lang w:eastAsia="zh-TW"/>
        </w:rPr>
        <w:t>廠發生相關違規事件（包含重大職業災害、違反勞動基準法、性別平等工作法等）已完成改善，並經主管機關檢核通過，檢附相關改善完成或主管機關核准文件</w:t>
      </w:r>
      <w:proofErr w:type="gramStart"/>
      <w:r w:rsidRPr="00B45E7D">
        <w:rPr>
          <w:rFonts w:ascii="Times New Roman" w:eastAsia="標楷體" w:hAnsi="Times New Roman" w:cs="Times New Roman"/>
          <w:sz w:val="32"/>
          <w:szCs w:val="32"/>
          <w:lang w:eastAsia="zh-TW"/>
        </w:rPr>
        <w:t>以供貴校</w:t>
      </w:r>
      <w:proofErr w:type="gramEnd"/>
      <w:r w:rsidRPr="00B45E7D">
        <w:rPr>
          <w:rFonts w:ascii="Times New Roman" w:eastAsia="標楷體" w:hAnsi="Times New Roman" w:cs="Times New Roman"/>
          <w:sz w:val="32"/>
          <w:szCs w:val="32"/>
          <w:lang w:eastAsia="zh-TW"/>
        </w:rPr>
        <w:t>備查。</w:t>
      </w:r>
    </w:p>
    <w:p w:rsidR="00B45E7D" w:rsidRDefault="00AF6725" w:rsidP="00B45E7D">
      <w:pPr>
        <w:snapToGrid w:val="0"/>
        <w:ind w:firstLineChars="200" w:firstLine="64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B45E7D">
        <w:rPr>
          <w:rFonts w:ascii="Times New Roman" w:eastAsia="標楷體" w:hAnsi="Times New Roman" w:cs="Times New Roman"/>
          <w:sz w:val="32"/>
          <w:szCs w:val="32"/>
          <w:lang w:eastAsia="zh-TW"/>
        </w:rPr>
        <w:t>學生僅於本公司【＿＿＿分公司／廠別名稱（地址）】實習，該場域與曾發生違規事件之場域不同。</w:t>
      </w:r>
    </w:p>
    <w:p w:rsidR="00B45E7D" w:rsidRDefault="00AF6725" w:rsidP="00B45E7D">
      <w:pPr>
        <w:snapToGrid w:val="0"/>
        <w:ind w:firstLineChars="200" w:firstLine="64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B45E7D">
        <w:rPr>
          <w:rFonts w:ascii="Times New Roman" w:eastAsia="標楷體" w:hAnsi="Times New Roman" w:cs="Times New Roman"/>
          <w:sz w:val="32"/>
          <w:szCs w:val="32"/>
          <w:lang w:eastAsia="zh-TW"/>
        </w:rPr>
        <w:t>本公司承諾於學生實習</w:t>
      </w:r>
      <w:proofErr w:type="gramStart"/>
      <w:r w:rsidRPr="00B45E7D">
        <w:rPr>
          <w:rFonts w:ascii="Times New Roman" w:eastAsia="標楷體" w:hAnsi="Times New Roman" w:cs="Times New Roman"/>
          <w:sz w:val="32"/>
          <w:szCs w:val="32"/>
          <w:lang w:eastAsia="zh-TW"/>
        </w:rPr>
        <w:t>期間，</w:t>
      </w:r>
      <w:proofErr w:type="gramEnd"/>
      <w:r w:rsidRPr="00B45E7D">
        <w:rPr>
          <w:rFonts w:ascii="Times New Roman" w:eastAsia="標楷體" w:hAnsi="Times New Roman" w:cs="Times New Roman"/>
          <w:sz w:val="32"/>
          <w:szCs w:val="32"/>
          <w:lang w:eastAsia="zh-TW"/>
        </w:rPr>
        <w:t>依相關法令及學校規範，提供安全、衛生、合法之實習環境，並保障所有實習學生之權益，且指定專人督導學生實習情形。</w:t>
      </w:r>
    </w:p>
    <w:p w:rsidR="00B45E7D" w:rsidRDefault="00AF6725" w:rsidP="00B45E7D">
      <w:pPr>
        <w:snapToGrid w:val="0"/>
        <w:ind w:firstLineChars="200" w:firstLine="64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B45E7D">
        <w:rPr>
          <w:rFonts w:ascii="Times New Roman" w:eastAsia="標楷體" w:hAnsi="Times New Roman" w:cs="Times New Roman"/>
          <w:sz w:val="32"/>
          <w:szCs w:val="32"/>
          <w:lang w:eastAsia="zh-TW"/>
        </w:rPr>
        <w:t>若經查證本公司未遵守前述承諾或再次發生違規情事，南開科技大學得隨時終止合作並終止學生實習。</w:t>
      </w:r>
    </w:p>
    <w:p w:rsidR="00B45E7D" w:rsidRDefault="00AF6725" w:rsidP="00B45E7D">
      <w:pPr>
        <w:snapToGrid w:val="0"/>
        <w:ind w:firstLineChars="200" w:firstLine="64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B45E7D">
        <w:rPr>
          <w:rFonts w:ascii="Times New Roman" w:eastAsia="標楷體" w:hAnsi="Times New Roman" w:cs="Times New Roman"/>
          <w:sz w:val="32"/>
          <w:szCs w:val="32"/>
          <w:lang w:eastAsia="zh-TW"/>
        </w:rPr>
        <w:t>此致</w:t>
      </w:r>
    </w:p>
    <w:p w:rsidR="007761F0" w:rsidRPr="00B45E7D" w:rsidRDefault="00AF6725" w:rsidP="00B45E7D">
      <w:pPr>
        <w:snapToGrid w:val="0"/>
        <w:ind w:firstLineChars="200" w:firstLine="64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B45E7D">
        <w:rPr>
          <w:rFonts w:ascii="Times New Roman" w:eastAsia="標楷體" w:hAnsi="Times New Roman" w:cs="Times New Roman"/>
          <w:sz w:val="32"/>
          <w:szCs w:val="32"/>
          <w:lang w:eastAsia="zh-TW"/>
        </w:rPr>
        <w:t>南開科技大學</w:t>
      </w:r>
    </w:p>
    <w:p w:rsidR="007761F0" w:rsidRDefault="007761F0">
      <w:pPr>
        <w:rPr>
          <w:lang w:eastAsia="zh-TW"/>
        </w:rPr>
      </w:pPr>
    </w:p>
    <w:p w:rsidR="007761F0" w:rsidRPr="00B45E7D" w:rsidRDefault="00AF6725" w:rsidP="00B45E7D">
      <w:pPr>
        <w:widowControl w:val="0"/>
        <w:spacing w:after="0" w:line="240" w:lineRule="auto"/>
        <w:rPr>
          <w:rFonts w:ascii="Times New Roman" w:eastAsia="標楷體" w:hAnsi="Times New Roman" w:cs="Times New Roman"/>
          <w:kern w:val="2"/>
          <w:sz w:val="32"/>
          <w:szCs w:val="32"/>
          <w:lang w:eastAsia="zh-TW"/>
        </w:rPr>
      </w:pPr>
      <w:r w:rsidRPr="00B45E7D">
        <w:rPr>
          <w:rFonts w:ascii="Times New Roman" w:eastAsia="標楷體" w:hAnsi="Times New Roman" w:cs="Times New Roman"/>
          <w:kern w:val="2"/>
          <w:sz w:val="32"/>
          <w:szCs w:val="32"/>
          <w:lang w:eastAsia="zh-TW"/>
        </w:rPr>
        <w:t xml:space="preserve">立切結書人（公司負責人）：　　　　　</w:t>
      </w:r>
      <w:r w:rsidRPr="00B45E7D">
        <w:rPr>
          <w:rFonts w:ascii="Times New Roman" w:eastAsia="標楷體" w:hAnsi="Times New Roman" w:cs="Times New Roman"/>
          <w:kern w:val="2"/>
          <w:sz w:val="32"/>
          <w:szCs w:val="32"/>
          <w:lang w:eastAsia="zh-TW"/>
        </w:rPr>
        <w:t xml:space="preserve">　　（請蓋負責人章）</w:t>
      </w:r>
    </w:p>
    <w:p w:rsidR="007761F0" w:rsidRPr="00B45E7D" w:rsidRDefault="00AF6725" w:rsidP="00B45E7D">
      <w:pPr>
        <w:widowControl w:val="0"/>
        <w:spacing w:after="0" w:line="240" w:lineRule="auto"/>
        <w:rPr>
          <w:rFonts w:ascii="Times New Roman" w:eastAsia="標楷體" w:hAnsi="Times New Roman" w:cs="Times New Roman"/>
          <w:kern w:val="2"/>
          <w:sz w:val="32"/>
          <w:szCs w:val="32"/>
          <w:lang w:eastAsia="zh-TW"/>
        </w:rPr>
      </w:pPr>
      <w:r w:rsidRPr="00B45E7D">
        <w:rPr>
          <w:rFonts w:ascii="Times New Roman" w:eastAsia="標楷體" w:hAnsi="Times New Roman" w:cs="Times New Roman"/>
          <w:kern w:val="2"/>
          <w:sz w:val="32"/>
          <w:szCs w:val="32"/>
          <w:lang w:eastAsia="zh-TW"/>
        </w:rPr>
        <w:t xml:space="preserve">公司名稱：　　　　　　　　　　　　　</w:t>
      </w:r>
      <w:r w:rsidRPr="00B45E7D">
        <w:rPr>
          <w:rFonts w:ascii="Times New Roman" w:eastAsia="標楷體" w:hAnsi="Times New Roman" w:cs="Times New Roman"/>
          <w:kern w:val="2"/>
          <w:sz w:val="32"/>
          <w:szCs w:val="32"/>
          <w:lang w:eastAsia="zh-TW"/>
        </w:rPr>
        <w:t xml:space="preserve">　　　（請蓋公司章）</w:t>
      </w:r>
    </w:p>
    <w:p w:rsidR="007761F0" w:rsidRPr="00B45E7D" w:rsidRDefault="00AF6725" w:rsidP="00B45E7D">
      <w:pPr>
        <w:widowControl w:val="0"/>
        <w:spacing w:after="0" w:line="240" w:lineRule="auto"/>
        <w:rPr>
          <w:rFonts w:ascii="Times New Roman" w:eastAsia="標楷體" w:hAnsi="Times New Roman" w:cs="Times New Roman"/>
          <w:kern w:val="2"/>
          <w:sz w:val="32"/>
          <w:szCs w:val="32"/>
          <w:lang w:eastAsia="zh-TW"/>
        </w:rPr>
      </w:pPr>
      <w:r w:rsidRPr="00B45E7D">
        <w:rPr>
          <w:rFonts w:ascii="Times New Roman" w:eastAsia="標楷體" w:hAnsi="Times New Roman" w:cs="Times New Roman"/>
          <w:kern w:val="2"/>
          <w:sz w:val="32"/>
          <w:szCs w:val="32"/>
          <w:lang w:eastAsia="zh-TW"/>
        </w:rPr>
        <w:t>統一編號：</w:t>
      </w:r>
    </w:p>
    <w:p w:rsidR="007761F0" w:rsidRPr="00B45E7D" w:rsidRDefault="00AF6725" w:rsidP="00B45E7D">
      <w:pPr>
        <w:widowControl w:val="0"/>
        <w:spacing w:after="0" w:line="240" w:lineRule="auto"/>
        <w:rPr>
          <w:rFonts w:ascii="Times New Roman" w:eastAsia="標楷體" w:hAnsi="Times New Roman" w:cs="Times New Roman"/>
          <w:kern w:val="2"/>
          <w:sz w:val="32"/>
          <w:szCs w:val="32"/>
          <w:lang w:eastAsia="zh-TW"/>
        </w:rPr>
      </w:pPr>
      <w:r w:rsidRPr="00B45E7D">
        <w:rPr>
          <w:rFonts w:ascii="Times New Roman" w:eastAsia="標楷體" w:hAnsi="Times New Roman" w:cs="Times New Roman"/>
          <w:kern w:val="2"/>
          <w:sz w:val="32"/>
          <w:szCs w:val="32"/>
          <w:lang w:eastAsia="zh-TW"/>
        </w:rPr>
        <w:t>公司地址：</w:t>
      </w:r>
    </w:p>
    <w:p w:rsidR="007761F0" w:rsidRPr="00B45E7D" w:rsidRDefault="00AF6725" w:rsidP="00B45E7D">
      <w:pPr>
        <w:widowControl w:val="0"/>
        <w:spacing w:after="0" w:line="240" w:lineRule="auto"/>
        <w:rPr>
          <w:rFonts w:ascii="Times New Roman" w:eastAsia="標楷體" w:hAnsi="Times New Roman" w:cs="Times New Roman"/>
          <w:kern w:val="2"/>
          <w:sz w:val="32"/>
          <w:szCs w:val="32"/>
          <w:lang w:eastAsia="zh-TW"/>
        </w:rPr>
      </w:pPr>
      <w:r w:rsidRPr="00B45E7D">
        <w:rPr>
          <w:rFonts w:ascii="Times New Roman" w:eastAsia="標楷體" w:hAnsi="Times New Roman" w:cs="Times New Roman"/>
          <w:kern w:val="2"/>
          <w:sz w:val="32"/>
          <w:szCs w:val="32"/>
          <w:lang w:eastAsia="zh-TW"/>
        </w:rPr>
        <w:t>電話：</w:t>
      </w:r>
    </w:p>
    <w:p w:rsidR="007761F0" w:rsidRPr="00B45E7D" w:rsidRDefault="00AF6725" w:rsidP="00B45E7D">
      <w:pPr>
        <w:widowControl w:val="0"/>
        <w:spacing w:after="0" w:line="240" w:lineRule="auto"/>
        <w:jc w:val="center"/>
        <w:rPr>
          <w:rFonts w:ascii="Times New Roman" w:eastAsia="標楷體" w:hAnsi="Times New Roman" w:cs="Times New Roman"/>
          <w:kern w:val="2"/>
          <w:sz w:val="32"/>
          <w:szCs w:val="32"/>
          <w:lang w:eastAsia="zh-TW"/>
        </w:rPr>
      </w:pPr>
      <w:r w:rsidRPr="00B45E7D">
        <w:rPr>
          <w:rFonts w:ascii="Times New Roman" w:eastAsia="標楷體" w:hAnsi="Times New Roman" w:cs="Times New Roman"/>
          <w:kern w:val="2"/>
          <w:sz w:val="32"/>
          <w:szCs w:val="32"/>
          <w:lang w:eastAsia="zh-TW"/>
        </w:rPr>
        <w:t>中華民國　　　年　　　月　　　日</w:t>
      </w:r>
    </w:p>
    <w:p w:rsidR="007761F0" w:rsidRDefault="007761F0">
      <w:pPr>
        <w:rPr>
          <w:lang w:eastAsia="zh-TW"/>
        </w:rPr>
      </w:pPr>
    </w:p>
    <w:p w:rsidR="007761F0" w:rsidRPr="00B45E7D" w:rsidRDefault="00AF6725">
      <w:pPr>
        <w:rPr>
          <w:rFonts w:ascii="標楷體" w:eastAsia="標楷體" w:hAnsi="標楷體"/>
          <w:sz w:val="24"/>
          <w:szCs w:val="24"/>
          <w:lang w:eastAsia="zh-TW"/>
        </w:rPr>
      </w:pPr>
      <w:r w:rsidRPr="00B45E7D">
        <w:rPr>
          <w:rFonts w:ascii="標楷體" w:eastAsia="標楷體" w:hAnsi="標楷體"/>
          <w:sz w:val="24"/>
          <w:szCs w:val="24"/>
          <w:lang w:eastAsia="zh-TW"/>
        </w:rPr>
        <w:t>（適用於教育部實習機構查詢系統顯示紅燈機構之其他分公司或廠別）</w:t>
      </w:r>
    </w:p>
    <w:p w:rsidR="007761F0" w:rsidRPr="00AF6725" w:rsidRDefault="00AF6725">
      <w:pPr>
        <w:rPr>
          <w:rFonts w:ascii="標楷體" w:eastAsia="標楷體" w:hAnsi="標楷體"/>
          <w:sz w:val="24"/>
          <w:szCs w:val="24"/>
          <w:lang w:eastAsia="zh-TW"/>
        </w:rPr>
      </w:pPr>
      <w:r w:rsidRPr="00AF6725">
        <w:rPr>
          <w:rFonts w:ascii="標楷體" w:eastAsia="標楷體" w:hAnsi="標楷體"/>
          <w:sz w:val="24"/>
          <w:szCs w:val="24"/>
          <w:lang w:eastAsia="zh-TW"/>
        </w:rPr>
        <w:t>學校備查欄：</w:t>
      </w:r>
    </w:p>
    <w:p w:rsidR="007761F0" w:rsidRPr="00AF6725" w:rsidRDefault="00AF6725">
      <w:pPr>
        <w:rPr>
          <w:rFonts w:ascii="標楷體" w:eastAsia="標楷體" w:hAnsi="標楷體"/>
          <w:sz w:val="24"/>
          <w:szCs w:val="24"/>
          <w:lang w:eastAsia="zh-TW"/>
        </w:rPr>
      </w:pPr>
      <w:r w:rsidRPr="00AF6725">
        <w:rPr>
          <w:rFonts w:ascii="標楷體" w:eastAsia="標楷體" w:hAnsi="標楷體"/>
          <w:sz w:val="24"/>
          <w:szCs w:val="24"/>
          <w:lang w:eastAsia="zh-TW"/>
        </w:rPr>
        <w:t>承辦單位審查簽章：</w:t>
      </w:r>
      <w:r w:rsidRPr="00AF6725">
        <w:rPr>
          <w:rFonts w:ascii="標楷體" w:eastAsia="標楷體" w:hAnsi="標楷體"/>
          <w:sz w:val="24"/>
          <w:szCs w:val="24"/>
          <w:lang w:eastAsia="zh-TW"/>
        </w:rPr>
        <w:t xml:space="preserve">__________________   </w:t>
      </w:r>
      <w:r w:rsidRPr="00AF6725">
        <w:rPr>
          <w:rFonts w:ascii="標楷體" w:eastAsia="標楷體" w:hAnsi="標楷體"/>
          <w:sz w:val="24"/>
          <w:szCs w:val="24"/>
          <w:lang w:eastAsia="zh-TW"/>
        </w:rPr>
        <w:t>備查編號：</w:t>
      </w:r>
      <w:r w:rsidRPr="00AF6725">
        <w:rPr>
          <w:rFonts w:ascii="標楷體" w:eastAsia="標楷體" w:hAnsi="標楷體"/>
          <w:sz w:val="24"/>
          <w:szCs w:val="24"/>
          <w:lang w:eastAsia="zh-TW"/>
        </w:rPr>
        <w:t>_________</w:t>
      </w:r>
      <w:bookmarkStart w:id="0" w:name="_GoBack"/>
      <w:bookmarkEnd w:id="0"/>
      <w:r w:rsidRPr="00AF6725">
        <w:rPr>
          <w:rFonts w:ascii="標楷體" w:eastAsia="標楷體" w:hAnsi="標楷體"/>
          <w:sz w:val="24"/>
          <w:szCs w:val="24"/>
          <w:lang w:eastAsia="zh-TW"/>
        </w:rPr>
        <w:t>_________</w:t>
      </w:r>
    </w:p>
    <w:sectPr w:rsidR="007761F0" w:rsidRPr="00AF6725" w:rsidSect="00AF6725">
      <w:pgSz w:w="12240" w:h="15840"/>
      <w:pgMar w:top="1134" w:right="1800" w:bottom="113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761F0"/>
    <w:rsid w:val="00AA1D8D"/>
    <w:rsid w:val="00AF6725"/>
    <w:rsid w:val="00B45E7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850FA5"/>
  <w14:defaultImageDpi w14:val="300"/>
  <w15:docId w15:val="{78433644-C749-4DE6-B2CF-A5F2EE12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284DBEA-30BB-4971-A4AD-8057F1DC0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劉 冠佑</cp:lastModifiedBy>
  <cp:revision>2</cp:revision>
  <dcterms:created xsi:type="dcterms:W3CDTF">2013-12-23T23:15:00Z</dcterms:created>
  <dcterms:modified xsi:type="dcterms:W3CDTF">2025-11-10T03:27:00Z</dcterms:modified>
  <cp:category/>
</cp:coreProperties>
</file>